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664"/>
        <w:gridCol w:w="3664"/>
        <w:gridCol w:w="3664"/>
      </w:tblGrid>
      <w:tr w:rsidR="003E146C" w14:paraId="7C2BE2F4" w14:textId="77777777">
        <w:trPr>
          <w:jc w:val="center"/>
        </w:trPr>
        <w:tc>
          <w:tcPr>
            <w:tcW w:w="3664" w:type="dxa"/>
            <w:tcBorders>
              <w:top w:val="single" w:sz="8" w:space="0" w:color="0B5A32"/>
              <w:left w:val="single" w:sz="8" w:space="0" w:color="0B5A32"/>
              <w:bottom w:val="single" w:sz="8" w:space="0" w:color="0B5A32"/>
              <w:right w:val="single" w:sz="8" w:space="0" w:color="0B5A32"/>
            </w:tcBorders>
            <w:tcMar>
              <w:top w:w="40" w:type="dxa"/>
              <w:left w:w="60" w:type="dxa"/>
              <w:bottom w:w="40" w:type="dxa"/>
              <w:right w:w="60" w:type="dxa"/>
            </w:tcMar>
          </w:tcPr>
          <w:p w14:paraId="6DCF019F" w14:textId="77777777" w:rsidR="003E146C" w:rsidRDefault="00F83309">
            <w:pPr>
              <w:jc w:val="center"/>
            </w:pPr>
            <w:r>
              <w:rPr>
                <w:noProof/>
              </w:rPr>
              <w:drawing>
                <wp:inline distT="0" distB="0" distL="0" distR="0" wp14:anchorId="7E8222B4" wp14:editId="617A3F36">
                  <wp:extent cx="737999" cy="737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zderbent_logo_crop.png"/>
                          <pic:cNvPicPr/>
                        </pic:nvPicPr>
                        <pic:blipFill>
                          <a:blip r:embed="rId8"/>
                          <a:stretch>
                            <a:fillRect/>
                          </a:stretch>
                        </pic:blipFill>
                        <pic:spPr>
                          <a:xfrm>
                            <a:off x="0" y="0"/>
                            <a:ext cx="737999" cy="737999"/>
                          </a:xfrm>
                          <a:prstGeom prst="rect">
                            <a:avLst/>
                          </a:prstGeom>
                        </pic:spPr>
                      </pic:pic>
                    </a:graphicData>
                  </a:graphic>
                </wp:inline>
              </w:drawing>
            </w:r>
          </w:p>
        </w:tc>
        <w:tc>
          <w:tcPr>
            <w:tcW w:w="3664" w:type="dxa"/>
            <w:tcBorders>
              <w:top w:val="single" w:sz="8" w:space="0" w:color="0B5A32"/>
              <w:left w:val="single" w:sz="8" w:space="0" w:color="0B5A32"/>
              <w:bottom w:val="single" w:sz="8" w:space="0" w:color="0B5A32"/>
              <w:right w:val="single" w:sz="8" w:space="0" w:color="0B5A32"/>
            </w:tcBorders>
            <w:tcMar>
              <w:top w:w="40" w:type="dxa"/>
              <w:left w:w="60" w:type="dxa"/>
              <w:bottom w:w="40" w:type="dxa"/>
              <w:right w:w="60" w:type="dxa"/>
            </w:tcMar>
          </w:tcPr>
          <w:p w14:paraId="397E1338" w14:textId="77777777" w:rsidR="003E146C" w:rsidRDefault="00F83309">
            <w:pPr>
              <w:jc w:val="center"/>
            </w:pPr>
            <w:r>
              <w:rPr>
                <w:b/>
                <w:color w:val="0B5A32"/>
                <w:sz w:val="32"/>
              </w:rPr>
              <w:t>KIZDERBENT SPOR KULÜBÜ</w:t>
            </w:r>
            <w:r>
              <w:rPr>
                <w:b/>
                <w:sz w:val="24"/>
              </w:rPr>
              <w:br/>
              <w:t>ÜYE BAŞVURU FORMU</w:t>
            </w:r>
          </w:p>
        </w:tc>
        <w:tc>
          <w:tcPr>
            <w:tcW w:w="3664" w:type="dxa"/>
            <w:tcBorders>
              <w:top w:val="single" w:sz="8" w:space="0" w:color="0B5A32"/>
              <w:left w:val="single" w:sz="8" w:space="0" w:color="0B5A32"/>
              <w:bottom w:val="single" w:sz="8" w:space="0" w:color="0B5A32"/>
              <w:right w:val="single" w:sz="8" w:space="0" w:color="0B5A32"/>
            </w:tcBorders>
            <w:tcMar>
              <w:top w:w="40" w:type="dxa"/>
              <w:left w:w="60" w:type="dxa"/>
              <w:bottom w:w="40" w:type="dxa"/>
              <w:right w:w="60" w:type="dxa"/>
            </w:tcMar>
          </w:tcPr>
          <w:p w14:paraId="34B418E5" w14:textId="77777777" w:rsidR="003E146C" w:rsidRDefault="00F83309">
            <w:pPr>
              <w:jc w:val="center"/>
            </w:pPr>
            <w:r>
              <w:rPr>
                <w:b/>
              </w:rPr>
              <w:t>Kuruluş</w:t>
            </w:r>
            <w:r>
              <w:rPr>
                <w:b/>
              </w:rPr>
              <w:br/>
            </w:r>
            <w:r>
              <w:rPr>
                <w:b/>
                <w:color w:val="0B5A32"/>
                <w:sz w:val="32"/>
              </w:rPr>
              <w:t>1986</w:t>
            </w:r>
          </w:p>
        </w:tc>
      </w:tr>
    </w:tbl>
    <w:p w14:paraId="3AAE9BB5" w14:textId="77777777" w:rsidR="003E146C" w:rsidRDefault="00F83309">
      <w:pPr>
        <w:spacing w:before="40" w:after="40"/>
        <w:jc w:val="center"/>
      </w:pPr>
      <w:r>
        <w:rPr>
          <w:b/>
          <w:sz w:val="19"/>
        </w:rPr>
        <w:t>Kızderbent Spor Kulübü Derneği Başkanlığına</w:t>
      </w:r>
    </w:p>
    <w:p w14:paraId="57984C57" w14:textId="77777777" w:rsidR="003E146C" w:rsidRDefault="00F83309">
      <w:pPr>
        <w:spacing w:after="60"/>
        <w:jc w:val="both"/>
      </w:pPr>
      <w:r>
        <w:t>Derneğinizin tüzüğünü okudum. Tüzükte belirtilen şartlara uyarak üye olmak istiyorum. Verilecek görevleri yerine getireceğimi, üyelik aidat ve yükümlülüklerimi zamanında yerine getireceğimi ve aşağıdaki bilgilerin doğru olduğunu kabul ve taahhüt ederim.</w:t>
      </w:r>
    </w:p>
    <w:tbl>
      <w:tblPr>
        <w:tblW w:w="0" w:type="auto"/>
        <w:jc w:val="center"/>
        <w:tblLook w:val="04A0" w:firstRow="1" w:lastRow="0" w:firstColumn="1" w:lastColumn="0" w:noHBand="0" w:noVBand="1"/>
      </w:tblPr>
      <w:tblGrid>
        <w:gridCol w:w="10974"/>
      </w:tblGrid>
      <w:tr w:rsidR="003E146C" w14:paraId="352672C0" w14:textId="77777777">
        <w:trPr>
          <w:jc w:val="center"/>
        </w:trPr>
        <w:tc>
          <w:tcPr>
            <w:tcW w:w="10992" w:type="dxa"/>
            <w:tcBorders>
              <w:top w:val="single" w:sz="7" w:space="0" w:color="0B5A32"/>
              <w:left w:val="single" w:sz="7" w:space="0" w:color="0B5A32"/>
              <w:bottom w:val="single" w:sz="7" w:space="0" w:color="0B5A32"/>
              <w:right w:val="single" w:sz="7" w:space="0" w:color="0B5A32"/>
            </w:tcBorders>
            <w:shd w:val="clear" w:color="auto" w:fill="0B5A32"/>
            <w:tcMar>
              <w:top w:w="35" w:type="dxa"/>
              <w:left w:w="70" w:type="dxa"/>
              <w:bottom w:w="35" w:type="dxa"/>
              <w:right w:w="70" w:type="dxa"/>
            </w:tcMar>
          </w:tcPr>
          <w:p w14:paraId="08B57A6E" w14:textId="77777777" w:rsidR="003E146C" w:rsidRDefault="00F83309">
            <w:pPr>
              <w:jc w:val="center"/>
            </w:pPr>
            <w:r>
              <w:rPr>
                <w:b/>
                <w:color w:val="FFFFFF"/>
                <w:sz w:val="19"/>
              </w:rPr>
              <w:t>ÜYE BİLGİLERİ</w:t>
            </w:r>
          </w:p>
        </w:tc>
      </w:tr>
    </w:tbl>
    <w:tbl>
      <w:tblPr>
        <w:tblW w:w="0" w:type="auto"/>
        <w:jc w:val="center"/>
        <w:tblLayout w:type="fixed"/>
        <w:tblLook w:val="04A0" w:firstRow="1" w:lastRow="0" w:firstColumn="1" w:lastColumn="0" w:noHBand="0" w:noVBand="1"/>
      </w:tblPr>
      <w:tblGrid>
        <w:gridCol w:w="2748"/>
        <w:gridCol w:w="2748"/>
        <w:gridCol w:w="2748"/>
        <w:gridCol w:w="2748"/>
      </w:tblGrid>
      <w:tr w:rsidR="003E146C" w14:paraId="54E4D007"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1F0D10B6" w14:textId="77777777" w:rsidR="003E146C" w:rsidRDefault="00F83309">
            <w:r>
              <w:rPr>
                <w:b/>
                <w:sz w:val="14"/>
              </w:rPr>
              <w:t>ADI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5346CB3E"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5DEFDB0B" w14:textId="77777777" w:rsidR="003E146C" w:rsidRDefault="00F83309">
            <w:r>
              <w:rPr>
                <w:b/>
                <w:sz w:val="14"/>
              </w:rPr>
              <w:t>SOYADI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55B326D0" w14:textId="77777777" w:rsidR="003E146C" w:rsidRDefault="00F83309">
            <w:r>
              <w:t xml:space="preserve"> </w:t>
            </w:r>
          </w:p>
        </w:tc>
      </w:tr>
      <w:tr w:rsidR="003E146C" w14:paraId="1D7B8C93"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690D8DE8" w14:textId="77777777" w:rsidR="003E146C" w:rsidRDefault="00F83309">
            <w:r>
              <w:rPr>
                <w:b/>
                <w:sz w:val="14"/>
              </w:rPr>
              <w:t>BABA ADI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4809F6AA"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4148BB7D" w14:textId="77777777" w:rsidR="003E146C" w:rsidRDefault="00F83309">
            <w:r>
              <w:rPr>
                <w:b/>
                <w:sz w:val="14"/>
              </w:rPr>
              <w:t>ANNE ADI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1E4D7B2F" w14:textId="77777777" w:rsidR="003E146C" w:rsidRDefault="00F83309">
            <w:r>
              <w:t xml:space="preserve"> </w:t>
            </w:r>
          </w:p>
        </w:tc>
      </w:tr>
      <w:tr w:rsidR="003E146C" w14:paraId="254FDF8D"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27CC965B" w14:textId="77777777" w:rsidR="003E146C" w:rsidRDefault="00F83309">
            <w:r>
              <w:rPr>
                <w:b/>
                <w:sz w:val="14"/>
              </w:rPr>
              <w:t>DOĞUM YERİ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6EB0E850"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13CD3B4D" w14:textId="77777777" w:rsidR="003E146C" w:rsidRDefault="00F83309">
            <w:r>
              <w:rPr>
                <w:b/>
                <w:sz w:val="14"/>
              </w:rPr>
              <w:t>DOĞUM TARİHİ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4368C4BA" w14:textId="77777777" w:rsidR="003E146C" w:rsidRDefault="00F83309">
            <w:r>
              <w:t xml:space="preserve"> </w:t>
            </w:r>
          </w:p>
        </w:tc>
      </w:tr>
      <w:tr w:rsidR="003E146C" w14:paraId="4F2B8185"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043FDEBF" w14:textId="77777777" w:rsidR="003E146C" w:rsidRDefault="00F83309">
            <w:r>
              <w:rPr>
                <w:b/>
                <w:sz w:val="14"/>
              </w:rPr>
              <w:t>T.C. KİMLİK NO</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2150F38B"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399BF124" w14:textId="77777777" w:rsidR="003E146C" w:rsidRDefault="00F83309">
            <w:r>
              <w:rPr>
                <w:b/>
                <w:sz w:val="14"/>
              </w:rPr>
              <w:t>MESLEĞİ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2E7EBD28" w14:textId="77777777" w:rsidR="003E146C" w:rsidRDefault="00F83309">
            <w:r>
              <w:t xml:space="preserve"> </w:t>
            </w:r>
          </w:p>
        </w:tc>
      </w:tr>
      <w:tr w:rsidR="003E146C" w14:paraId="3A0303D8"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5314AAED" w14:textId="77777777" w:rsidR="003E146C" w:rsidRDefault="00F83309">
            <w:r>
              <w:rPr>
                <w:b/>
                <w:sz w:val="14"/>
              </w:rPr>
              <w:t>KAN GRUBU</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5AEE173E"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7AFE9ADC" w14:textId="77777777" w:rsidR="003E146C" w:rsidRDefault="00F83309">
            <w:r>
              <w:rPr>
                <w:b/>
                <w:sz w:val="14"/>
              </w:rPr>
              <w:t>ÖĞRENİM DURUMU</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1487D4FF" w14:textId="77777777" w:rsidR="003E146C" w:rsidRDefault="00F83309">
            <w:r>
              <w:t xml:space="preserve"> </w:t>
            </w:r>
          </w:p>
        </w:tc>
      </w:tr>
      <w:tr w:rsidR="003E146C" w14:paraId="717D7CB8"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20B73AB4" w14:textId="77777777" w:rsidR="003E146C" w:rsidRDefault="00F83309">
            <w:r>
              <w:rPr>
                <w:b/>
                <w:sz w:val="14"/>
              </w:rPr>
              <w:t>CEP TELEFONU</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3053DEF0"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1C9C64F9" w14:textId="77777777" w:rsidR="003E146C" w:rsidRDefault="00F83309">
            <w:r>
              <w:rPr>
                <w:b/>
                <w:sz w:val="14"/>
              </w:rPr>
              <w:t>E-POSTA ADRESİ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36DA5862" w14:textId="77777777" w:rsidR="003E146C" w:rsidRDefault="00F83309">
            <w:r>
              <w:t xml:space="preserve"> </w:t>
            </w:r>
          </w:p>
        </w:tc>
      </w:tr>
      <w:tr w:rsidR="003E146C" w14:paraId="65D2099B"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762685DE" w14:textId="77777777" w:rsidR="003E146C" w:rsidRDefault="00F83309">
            <w:r>
              <w:rPr>
                <w:b/>
                <w:sz w:val="14"/>
              </w:rPr>
              <w:t>NÜFUSA KAYITLI İL/İLÇE</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3EEA8C8F"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471F2DFA" w14:textId="77777777" w:rsidR="003E146C" w:rsidRDefault="00F83309">
            <w:r>
              <w:rPr>
                <w:b/>
                <w:sz w:val="14"/>
              </w:rPr>
              <w:t>ÜYELİK TÜRÜ</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1233BC78" w14:textId="77777777" w:rsidR="003E146C" w:rsidRDefault="00F83309">
            <w:r>
              <w:t xml:space="preserve"> </w:t>
            </w:r>
          </w:p>
        </w:tc>
      </w:tr>
      <w:tr w:rsidR="003E146C" w14:paraId="6ADD5084" w14:textId="77777777">
        <w:trPr>
          <w:jc w:val="center"/>
        </w:trPr>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45C75A1F" w14:textId="77777777" w:rsidR="003E146C" w:rsidRDefault="00F83309">
            <w:r>
              <w:rPr>
                <w:b/>
                <w:sz w:val="14"/>
              </w:rPr>
              <w:t>İKAMET ADRESİ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0BD936CC" w14:textId="77777777" w:rsidR="003E146C" w:rsidRDefault="00F83309">
            <w:r>
              <w:t xml:space="preserve"> </w:t>
            </w:r>
          </w:p>
        </w:tc>
        <w:tc>
          <w:tcPr>
            <w:tcW w:w="2748" w:type="dxa"/>
            <w:tcBorders>
              <w:top w:val="single" w:sz="5" w:space="0" w:color="B5B5B5"/>
              <w:left w:val="single" w:sz="5" w:space="0" w:color="B5B5B5"/>
              <w:bottom w:val="single" w:sz="5" w:space="0" w:color="B5B5B5"/>
              <w:right w:val="single" w:sz="5" w:space="0" w:color="B5B5B5"/>
            </w:tcBorders>
            <w:shd w:val="clear" w:color="auto" w:fill="F3F3F3"/>
            <w:tcMar>
              <w:top w:w="35" w:type="dxa"/>
              <w:left w:w="50" w:type="dxa"/>
              <w:bottom w:w="35" w:type="dxa"/>
              <w:right w:w="50" w:type="dxa"/>
            </w:tcMar>
            <w:vAlign w:val="center"/>
          </w:tcPr>
          <w:p w14:paraId="2717FA4A" w14:textId="77777777" w:rsidR="003E146C" w:rsidRDefault="00F83309">
            <w:r>
              <w:rPr>
                <w:b/>
                <w:sz w:val="14"/>
              </w:rPr>
              <w:t>İŞ ADRESİ</w:t>
            </w:r>
          </w:p>
        </w:tc>
        <w:tc>
          <w:tcPr>
            <w:tcW w:w="2748" w:type="dxa"/>
            <w:tcBorders>
              <w:top w:val="single" w:sz="5" w:space="0" w:color="B5B5B5"/>
              <w:left w:val="single" w:sz="5" w:space="0" w:color="B5B5B5"/>
              <w:bottom w:val="single" w:sz="5" w:space="0" w:color="B5B5B5"/>
              <w:right w:val="single" w:sz="5" w:space="0" w:color="B5B5B5"/>
            </w:tcBorders>
            <w:tcMar>
              <w:top w:w="35" w:type="dxa"/>
              <w:left w:w="50" w:type="dxa"/>
              <w:bottom w:w="35" w:type="dxa"/>
              <w:right w:w="50" w:type="dxa"/>
            </w:tcMar>
            <w:vAlign w:val="center"/>
          </w:tcPr>
          <w:p w14:paraId="5DE9BBFA" w14:textId="77777777" w:rsidR="003E146C" w:rsidRDefault="00F83309">
            <w:r>
              <w:t xml:space="preserve"> </w:t>
            </w:r>
          </w:p>
        </w:tc>
      </w:tr>
    </w:tbl>
    <w:p w14:paraId="4766CAF8" w14:textId="77777777" w:rsidR="003E146C" w:rsidRDefault="003E146C">
      <w:pPr>
        <w:spacing w:after="0"/>
      </w:pPr>
    </w:p>
    <w:tbl>
      <w:tblPr>
        <w:tblW w:w="0" w:type="auto"/>
        <w:jc w:val="center"/>
        <w:tblLook w:val="04A0" w:firstRow="1" w:lastRow="0" w:firstColumn="1" w:lastColumn="0" w:noHBand="0" w:noVBand="1"/>
      </w:tblPr>
      <w:tblGrid>
        <w:gridCol w:w="5488"/>
        <w:gridCol w:w="5486"/>
      </w:tblGrid>
      <w:tr w:rsidR="003E146C" w14:paraId="19FB1E9E" w14:textId="77777777">
        <w:trPr>
          <w:jc w:val="center"/>
        </w:trPr>
        <w:tc>
          <w:tcPr>
            <w:tcW w:w="10992" w:type="dxa"/>
            <w:gridSpan w:val="2"/>
            <w:tcBorders>
              <w:top w:val="single" w:sz="7" w:space="0" w:color="0B5A32"/>
              <w:left w:val="single" w:sz="7" w:space="0" w:color="0B5A32"/>
              <w:bottom w:val="single" w:sz="7" w:space="0" w:color="0B5A32"/>
              <w:right w:val="single" w:sz="7" w:space="0" w:color="0B5A32"/>
            </w:tcBorders>
            <w:shd w:val="clear" w:color="auto" w:fill="EAF3EE"/>
            <w:tcMar>
              <w:top w:w="55" w:type="dxa"/>
              <w:left w:w="75" w:type="dxa"/>
              <w:bottom w:w="55" w:type="dxa"/>
              <w:right w:w="75" w:type="dxa"/>
            </w:tcMar>
          </w:tcPr>
          <w:p w14:paraId="4D855F0A" w14:textId="77777777" w:rsidR="003E146C" w:rsidRDefault="00F83309">
            <w:pPr>
              <w:jc w:val="center"/>
            </w:pPr>
            <w:r>
              <w:rPr>
                <w:b/>
                <w:color w:val="0B5A32"/>
              </w:rPr>
              <w:t>KİŞİSEL VERİLERİN KORUNMASI (KVKK) BİLGİLENDİRMESİ</w:t>
            </w:r>
          </w:p>
          <w:p w14:paraId="109BDF66" w14:textId="77777777" w:rsidR="003E146C" w:rsidRDefault="00F83309">
            <w:pPr>
              <w:spacing w:before="20" w:after="20"/>
              <w:jc w:val="both"/>
            </w:pPr>
            <w:r>
              <w:rPr>
                <w:sz w:val="14"/>
              </w:rPr>
              <w:t>Bu formda yer alan kişisel veriler; üyelik başvurusunun değerlendirilmesi, üyelik işlemlerinin yürütülmesi, kulüp içi iletişim, mevzuattan doğan yükümlülüklerin yerine getirilmesi ve kulüp faaliyetlerinin yürütülmesi amaçlarıyla, ilgili mevzuata uygun olarak işlenir ve gerekli süre boyunca muhafaza edilir. Kanuni zorunluluklar ve yetkili kurum talepleri dışında üçüncü kişilerle paylaşılmaz.</w:t>
            </w:r>
          </w:p>
          <w:p w14:paraId="46D5FA96" w14:textId="77777777" w:rsidR="003E146C" w:rsidRDefault="00F83309">
            <w:pPr>
              <w:spacing w:before="20" w:after="0"/>
            </w:pPr>
            <w:r>
              <w:rPr>
                <w:sz w:val="14"/>
              </w:rPr>
              <w:t>☐ KVKK aydınlatma metnini okudum ve kişisel verilerimin yukarıdaki amaçlarla işlenmesi konusunda bilgilendirildim.</w:t>
            </w:r>
            <w:r>
              <w:rPr>
                <w:sz w:val="14"/>
              </w:rPr>
              <w:br/>
              <w:t>☐ Kulüp faaliyetlerinde çekilen fotoğraf/video görüntülerimin tanıtım ve sosyal medya çalışmalarında kullanılmasına izin veriyorum. (İsteğe bağlı)</w:t>
            </w:r>
          </w:p>
        </w:tc>
      </w:tr>
      <w:tr w:rsidR="003E146C" w14:paraId="4E621E60" w14:textId="77777777">
        <w:trPr>
          <w:jc w:val="center"/>
        </w:trPr>
        <w:tc>
          <w:tcPr>
            <w:tcW w:w="5496" w:type="dxa"/>
            <w:tcBorders>
              <w:top w:val="single" w:sz="6" w:space="0" w:color="8A8A8A"/>
              <w:left w:val="single" w:sz="6" w:space="0" w:color="8A8A8A"/>
              <w:bottom w:val="single" w:sz="6" w:space="0" w:color="8A8A8A"/>
              <w:right w:val="single" w:sz="6" w:space="0" w:color="8A8A8A"/>
            </w:tcBorders>
            <w:tcMar>
              <w:top w:w="50" w:type="dxa"/>
              <w:left w:w="70" w:type="dxa"/>
              <w:bottom w:w="50" w:type="dxa"/>
              <w:right w:w="70" w:type="dxa"/>
            </w:tcMar>
          </w:tcPr>
          <w:p w14:paraId="51D249DF" w14:textId="77777777" w:rsidR="003E146C" w:rsidRDefault="00F83309">
            <w:r>
              <w:rPr>
                <w:b/>
              </w:rPr>
              <w:t>BAŞVURU SAHİBİ</w:t>
            </w:r>
            <w:r>
              <w:rPr>
                <w:b/>
              </w:rPr>
              <w:br/>
            </w:r>
            <w:r>
              <w:rPr>
                <w:sz w:val="15"/>
              </w:rPr>
              <w:t>Adı Soyadı: ........................................</w:t>
            </w:r>
            <w:r>
              <w:rPr>
                <w:sz w:val="15"/>
              </w:rPr>
              <w:br/>
              <w:t>Tarih: ....... / ....... / 20.......</w:t>
            </w:r>
            <w:r>
              <w:rPr>
                <w:sz w:val="15"/>
              </w:rPr>
              <w:br/>
              <w:t>İmza: ........................................</w:t>
            </w:r>
          </w:p>
        </w:tc>
        <w:tc>
          <w:tcPr>
            <w:tcW w:w="5496" w:type="dxa"/>
            <w:tcBorders>
              <w:top w:val="single" w:sz="6" w:space="0" w:color="8A8A8A"/>
              <w:left w:val="single" w:sz="6" w:space="0" w:color="8A8A8A"/>
              <w:bottom w:val="single" w:sz="6" w:space="0" w:color="8A8A8A"/>
              <w:right w:val="single" w:sz="6" w:space="0" w:color="8A8A8A"/>
            </w:tcBorders>
            <w:tcMar>
              <w:top w:w="50" w:type="dxa"/>
              <w:left w:w="70" w:type="dxa"/>
              <w:bottom w:w="50" w:type="dxa"/>
              <w:right w:w="70" w:type="dxa"/>
            </w:tcMar>
          </w:tcPr>
          <w:p w14:paraId="0B68CBE1" w14:textId="77777777" w:rsidR="003E146C" w:rsidRDefault="00F83309">
            <w:r>
              <w:rPr>
                <w:b/>
              </w:rPr>
              <w:t>YÖNETİM KURULU ONAYI</w:t>
            </w:r>
            <w:r>
              <w:rPr>
                <w:b/>
              </w:rPr>
              <w:br/>
            </w:r>
            <w:r>
              <w:rPr>
                <w:sz w:val="15"/>
              </w:rPr>
              <w:t>Karar Tarihi: ....... / ....... / 20.......</w:t>
            </w:r>
            <w:r>
              <w:rPr>
                <w:sz w:val="15"/>
              </w:rPr>
              <w:br/>
              <w:t>Karar No: ........................</w:t>
            </w:r>
            <w:r>
              <w:rPr>
                <w:sz w:val="15"/>
              </w:rPr>
              <w:br/>
              <w:t>Üyelik No: ........................</w:t>
            </w:r>
          </w:p>
        </w:tc>
      </w:tr>
    </w:tbl>
    <w:p w14:paraId="25342616" w14:textId="77777777" w:rsidR="003E146C" w:rsidRDefault="00F83309">
      <w:pPr>
        <w:spacing w:before="40" w:after="20"/>
        <w:jc w:val="both"/>
      </w:pPr>
      <w:r>
        <w:rPr>
          <w:b/>
          <w:color w:val="0B5A32"/>
        </w:rPr>
        <w:t xml:space="preserve">TEBLİĞ / TEBELLÜĞ: </w:t>
      </w:r>
      <w:r>
        <w:rPr>
          <w:sz w:val="14"/>
        </w:rPr>
        <w:t>Yönetim Kurulunun yukarıda belirtilen kararı ile Kızderbent Spor Kulübü Derneği üyeliğine kabul edildiğimi tebellüğ eder, tüzükte belirtilen üyelik şart ve yükümlülüklerini yerine getireceğimi beyan ederim. Adı Soyadı: ........................................   İmza: ........................</w:t>
      </w:r>
    </w:p>
    <w:tbl>
      <w:tblPr>
        <w:tblW w:w="0" w:type="auto"/>
        <w:jc w:val="center"/>
        <w:tblLook w:val="04A0" w:firstRow="1" w:lastRow="0" w:firstColumn="1" w:lastColumn="0" w:noHBand="0" w:noVBand="1"/>
      </w:tblPr>
      <w:tblGrid>
        <w:gridCol w:w="10974"/>
      </w:tblGrid>
      <w:tr w:rsidR="003E146C" w14:paraId="654E86A3" w14:textId="77777777">
        <w:trPr>
          <w:jc w:val="center"/>
        </w:trPr>
        <w:tc>
          <w:tcPr>
            <w:tcW w:w="10992" w:type="dxa"/>
            <w:tcBorders>
              <w:top w:val="single" w:sz="7" w:space="0" w:color="0B5A32"/>
              <w:left w:val="single" w:sz="7" w:space="0" w:color="0B5A32"/>
              <w:bottom w:val="single" w:sz="7" w:space="0" w:color="0B5A32"/>
              <w:right w:val="single" w:sz="7" w:space="0" w:color="0B5A32"/>
            </w:tcBorders>
            <w:shd w:val="clear" w:color="auto" w:fill="0B5A32"/>
            <w:tcMar>
              <w:top w:w="35" w:type="dxa"/>
              <w:left w:w="70" w:type="dxa"/>
              <w:bottom w:w="35" w:type="dxa"/>
              <w:right w:w="70" w:type="dxa"/>
            </w:tcMar>
          </w:tcPr>
          <w:p w14:paraId="5CA5F255" w14:textId="77777777" w:rsidR="003E146C" w:rsidRDefault="00F83309">
            <w:pPr>
              <w:jc w:val="center"/>
            </w:pPr>
            <w:r>
              <w:rPr>
                <w:b/>
                <w:color w:val="FFFFFF"/>
                <w:sz w:val="14"/>
              </w:rPr>
              <w:t>4 Temmuz Mh. Hayri Savdert Sk. No: 16 İç Kapı: 17, Karamürsel / Kocaeli  •  0536 686 82 34</w:t>
            </w:r>
          </w:p>
        </w:tc>
      </w:tr>
    </w:tbl>
    <w:p w14:paraId="108FFA4D" w14:textId="77777777" w:rsidR="00F83309" w:rsidRDefault="00F83309"/>
    <w:sectPr w:rsidR="00F83309" w:rsidSect="00034616">
      <w:headerReference w:type="default" r:id="rId9"/>
      <w:footerReference w:type="default" r:id="rId10"/>
      <w:pgSz w:w="12240" w:h="15840"/>
      <w:pgMar w:top="454" w:right="624" w:bottom="454"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CAFC" w14:textId="77777777" w:rsidR="00F83309" w:rsidRDefault="00F83309">
      <w:pPr>
        <w:spacing w:after="0" w:line="240" w:lineRule="auto"/>
      </w:pPr>
      <w:r>
        <w:separator/>
      </w:r>
    </w:p>
  </w:endnote>
  <w:endnote w:type="continuationSeparator" w:id="0">
    <w:p w14:paraId="52BADAAC" w14:textId="77777777" w:rsidR="00F83309" w:rsidRDefault="00F83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4FAB" w14:textId="77777777" w:rsidR="003E146C" w:rsidRDefault="003E146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C4D4" w14:textId="77777777" w:rsidR="00F83309" w:rsidRDefault="00F83309">
      <w:pPr>
        <w:spacing w:after="0" w:line="240" w:lineRule="auto"/>
      </w:pPr>
      <w:r>
        <w:separator/>
      </w:r>
    </w:p>
  </w:footnote>
  <w:footnote w:type="continuationSeparator" w:id="0">
    <w:p w14:paraId="643C31A0" w14:textId="77777777" w:rsidR="00F83309" w:rsidRDefault="00F83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7722" w14:textId="77777777" w:rsidR="003E146C" w:rsidRDefault="003E146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70847943">
    <w:abstractNumId w:val="8"/>
  </w:num>
  <w:num w:numId="2" w16cid:durableId="1125388283">
    <w:abstractNumId w:val="6"/>
  </w:num>
  <w:num w:numId="3" w16cid:durableId="438569176">
    <w:abstractNumId w:val="5"/>
  </w:num>
  <w:num w:numId="4" w16cid:durableId="2105026932">
    <w:abstractNumId w:val="4"/>
  </w:num>
  <w:num w:numId="5" w16cid:durableId="240071199">
    <w:abstractNumId w:val="7"/>
  </w:num>
  <w:num w:numId="6" w16cid:durableId="831801004">
    <w:abstractNumId w:val="3"/>
  </w:num>
  <w:num w:numId="7" w16cid:durableId="1322613935">
    <w:abstractNumId w:val="2"/>
  </w:num>
  <w:num w:numId="8" w16cid:durableId="1134712403">
    <w:abstractNumId w:val="1"/>
  </w:num>
  <w:num w:numId="9" w16cid:durableId="11044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146C"/>
    <w:rsid w:val="009101F6"/>
    <w:rsid w:val="00AA1D8D"/>
    <w:rsid w:val="00B47730"/>
    <w:rsid w:val="00CB0664"/>
    <w:rsid w:val="00DA6A77"/>
    <w:rsid w:val="00E95B53"/>
    <w:rsid w:val="00F833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59DEA7"/>
  <w14:defaultImageDpi w14:val="300"/>
  <w15:docId w15:val="{6F21842C-89B3-4B90-93D8-C83F83A43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6"/>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İLKAY</dc:creator>
  <cp:keywords/>
  <dc:description>generated by python-docx</dc:description>
  <cp:lastModifiedBy>ilkay yasemin YAZICIOĞLU</cp:lastModifiedBy>
  <cp:revision>2</cp:revision>
  <dcterms:created xsi:type="dcterms:W3CDTF">2026-08-29T18:59:00Z</dcterms:created>
  <dcterms:modified xsi:type="dcterms:W3CDTF">2026-08-29T18:59:00Z</dcterms:modified>
  <cp:category/>
</cp:coreProperties>
</file>